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CB75" w14:textId="77777777" w:rsidR="003C0973" w:rsidRDefault="00DA3F95">
      <w:pPr>
        <w:pStyle w:val="Ttulo1"/>
      </w:pPr>
      <w:r>
        <w:t>AUTORIZACIÓN PARA EL TRATAMIENTO DE DATOS PERSONALES E IMÁGENES</w:t>
      </w:r>
    </w:p>
    <w:p w14:paraId="47EB509F" w14:textId="77777777" w:rsidR="003C0973" w:rsidRDefault="00DA3F95" w:rsidP="00411BCC">
      <w:pPr>
        <w:jc w:val="both"/>
      </w:pPr>
      <w:r>
        <w:t xml:space="preserve">De conformidad con el Reglamento (UE) 2016/679, de 27 de abril (RGPD), y la Ley Orgánica 3/2018, de Protección de Datos Personales y garantía de los derechos digitales, el Club Baloncesto </w:t>
      </w:r>
      <w:r>
        <w:t>Alcobendas informa de que los datos personales facilitados serán tratados con la finalidad de gestionar la inscripción, participación y seguimiento de la actividad deportiva, administrativa, económica, sanitaria y federativa del jugador o jugadora.</w:t>
      </w:r>
    </w:p>
    <w:p w14:paraId="2980CD30" w14:textId="77777777" w:rsidR="003C0973" w:rsidRDefault="00DA3F95" w:rsidP="00411BCC">
      <w:pPr>
        <w:jc w:val="both"/>
      </w:pPr>
      <w:r>
        <w:t>Los dat</w:t>
      </w:r>
      <w:r>
        <w:t>os podrán ser comunicados a la Federación Madrileña de Baloncesto, Federación Española de Baloncesto, compañías aseguradoras, entidades médicas concertadas y demás organismos cuya intervención resulte necesaria para el correcto desarrollo de la actividad d</w:t>
      </w:r>
      <w:r>
        <w:t>eportiva y federativa.</w:t>
      </w:r>
    </w:p>
    <w:p w14:paraId="4D4C73B8" w14:textId="77777777" w:rsidR="003C0973" w:rsidRDefault="00DA3F95" w:rsidP="00411BCC">
      <w:pPr>
        <w:jc w:val="both"/>
      </w:pPr>
      <w:r>
        <w:t>Los datos se conservarán durante el tiempo necesario para el cumplimiento de las finalidades indicadas y de las obligaciones legales aplicables.</w:t>
      </w:r>
    </w:p>
    <w:p w14:paraId="0900260D" w14:textId="77777777" w:rsidR="003C0973" w:rsidRDefault="00DA3F95" w:rsidP="00411BCC">
      <w:pPr>
        <w:jc w:val="both"/>
      </w:pPr>
      <w:r>
        <w:t>Las personas interesadas podrán ejercer los derechos de acceso, rectificación, supresión</w:t>
      </w:r>
      <w:r>
        <w:t>, oposición, limitación del tratamiento y portabilidad mediante escrito dirigido al Club Baloncesto Alcobendas a través de secretaria@cbalcobendas.org o administracion@cbalcobendas.org.</w:t>
      </w:r>
    </w:p>
    <w:p w14:paraId="65C069C8" w14:textId="77777777" w:rsidR="003C0973" w:rsidRDefault="00DA3F95" w:rsidP="00411BCC">
      <w:pPr>
        <w:pStyle w:val="Ttulo2"/>
        <w:jc w:val="both"/>
      </w:pPr>
      <w:r>
        <w:t>AUTORIZACIONES</w:t>
      </w:r>
    </w:p>
    <w:p w14:paraId="21A70C2D" w14:textId="76236310" w:rsidR="003C0973" w:rsidRDefault="00DA3F95" w:rsidP="00411BCC">
      <w:pPr>
        <w:jc w:val="both"/>
      </w:pPr>
      <w:r>
        <w:t xml:space="preserve">Uso de fotografías y vídeos del jugador/a en la página </w:t>
      </w:r>
      <w:r>
        <w:t xml:space="preserve">web, redes sociales, APP, publicaciones, memorias, cartelería y demás soportes informativos o </w:t>
      </w:r>
      <w:proofErr w:type="spellStart"/>
      <w:r>
        <w:t>promocionales</w:t>
      </w:r>
      <w:proofErr w:type="spellEnd"/>
      <w:r>
        <w:t xml:space="preserve"> del Club</w:t>
      </w:r>
    </w:p>
    <w:p w14:paraId="208AF11E" w14:textId="469C6615" w:rsidR="003C0973" w:rsidRDefault="00DA3F95" w:rsidP="00411BCC">
      <w:pPr>
        <w:jc w:val="both"/>
      </w:pPr>
      <w:r>
        <w:t>Cesión de los datos e imágenes necesarios a la Federación Madrileña de Baloncesto, Federación Española de Baloncesto y co</w:t>
      </w:r>
      <w:r>
        <w:t xml:space="preserve">mpañías aseguradoras para la tramitación de licencias, seguros y </w:t>
      </w:r>
      <w:proofErr w:type="spellStart"/>
      <w:r>
        <w:t>participación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competiciones</w:t>
      </w:r>
      <w:proofErr w:type="spellEnd"/>
      <w:r>
        <w:t xml:space="preserve"> </w:t>
      </w:r>
      <w:proofErr w:type="spellStart"/>
      <w:r>
        <w:t>oficiales</w:t>
      </w:r>
      <w:proofErr w:type="spellEnd"/>
    </w:p>
    <w:p w14:paraId="0D50CC6A" w14:textId="508995C9" w:rsidR="003C0973" w:rsidRDefault="00DA3F95" w:rsidP="00411BCC">
      <w:pPr>
        <w:jc w:val="both"/>
      </w:pPr>
      <w:r>
        <w:t xml:space="preserve">Cesión de datos e imágenes a FUNDAL para actuaciones de difusión y promoción de la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deportiva</w:t>
      </w:r>
      <w:proofErr w:type="spellEnd"/>
    </w:p>
    <w:p w14:paraId="6FBEC10B" w14:textId="79050479" w:rsidR="003C0973" w:rsidRDefault="00DA3F95" w:rsidP="00411BCC">
      <w:pPr>
        <w:jc w:val="both"/>
      </w:pPr>
      <w:r>
        <w:t>Recepción d</w:t>
      </w:r>
      <w:r>
        <w:t xml:space="preserve">e comunicaciones, campañas informativas y acciones promocionales relacionadas con la actividad del Club y </w:t>
      </w:r>
      <w:proofErr w:type="spellStart"/>
      <w:r>
        <w:t>sus</w:t>
      </w:r>
      <w:proofErr w:type="spellEnd"/>
      <w:r>
        <w:t xml:space="preserve"> </w:t>
      </w:r>
      <w:proofErr w:type="spellStart"/>
      <w:r>
        <w:t>entidades</w:t>
      </w:r>
      <w:proofErr w:type="spellEnd"/>
      <w:r>
        <w:t xml:space="preserve"> </w:t>
      </w:r>
      <w:proofErr w:type="spellStart"/>
      <w:r>
        <w:t>colaboradoras</w:t>
      </w:r>
      <w:proofErr w:type="spellEnd"/>
    </w:p>
    <w:p w14:paraId="2C7AA3B3" w14:textId="4944155D" w:rsidR="003C0973" w:rsidRDefault="00DA3F95" w:rsidP="00DA3F95">
      <w:pPr>
        <w:jc w:val="both"/>
      </w:pPr>
      <w:r>
        <w:br/>
      </w:r>
      <w:bookmarkStart w:id="0" w:name="_GoBack"/>
      <w:bookmarkEnd w:id="0"/>
    </w:p>
    <w:sectPr w:rsidR="003C0973" w:rsidSect="00411BCC">
      <w:pgSz w:w="12240" w:h="15840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A3733"/>
    <w:rsid w:val="00326F90"/>
    <w:rsid w:val="003C0973"/>
    <w:rsid w:val="00411BCC"/>
    <w:rsid w:val="00524AA0"/>
    <w:rsid w:val="00AA1D8D"/>
    <w:rsid w:val="00B47730"/>
    <w:rsid w:val="00CB0664"/>
    <w:rsid w:val="00DA3F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65D505"/>
  <w14:defaultImageDpi w14:val="300"/>
  <w15:docId w15:val="{623831F4-D57F-449F-8CD3-437BC302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F70560-B567-4B51-A1B5-939244826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Jorge</cp:lastModifiedBy>
  <cp:revision>3</cp:revision>
  <dcterms:created xsi:type="dcterms:W3CDTF">2026-06-15T21:03:00Z</dcterms:created>
  <dcterms:modified xsi:type="dcterms:W3CDTF">2026-06-23T16:38:00Z</dcterms:modified>
  <cp:category/>
</cp:coreProperties>
</file>